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7D7E228D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>do Wojewódzkiego Konkursu z .......................................................... 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B0070A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8314D4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nazwa szkoły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17B45EB" w14:textId="666E5224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1360609" w14:textId="3152158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709273EA" w14:textId="350FDB51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D75C062" w14:textId="3C5D8A04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Brak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 xml:space="preserve">autorskim i prawach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szkoła: ................................................................................................................</w:t>
      </w:r>
    </w:p>
    <w:p w14:paraId="32FBF02A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kontaktowe szkoły: ................................................................................................................................................</w:t>
      </w:r>
    </w:p>
    <w:p w14:paraId="063954C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Kontakt do IOD szkoły: ....................................................................................................................................................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organizacji i przeprowadzenia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danych przetwarzanych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7F83B" w14:textId="77777777" w:rsidR="004329A0" w:rsidRDefault="004329A0">
      <w:pPr>
        <w:spacing w:after="0" w:line="240" w:lineRule="auto"/>
      </w:pPr>
      <w:r>
        <w:separator/>
      </w:r>
    </w:p>
  </w:endnote>
  <w:endnote w:type="continuationSeparator" w:id="0">
    <w:p w14:paraId="64164DC7" w14:textId="77777777" w:rsidR="004329A0" w:rsidRDefault="00432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67E3C" w14:textId="77777777" w:rsidR="004329A0" w:rsidRDefault="004329A0">
      <w:pPr>
        <w:spacing w:after="0" w:line="240" w:lineRule="auto"/>
      </w:pPr>
      <w:r>
        <w:separator/>
      </w:r>
    </w:p>
  </w:footnote>
  <w:footnote w:type="continuationSeparator" w:id="0">
    <w:p w14:paraId="002FBBF0" w14:textId="77777777" w:rsidR="004329A0" w:rsidRDefault="00432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proofErr w:type="spellStart"/>
    <w:r w:rsidRPr="00352867">
      <w:rPr>
        <w:rFonts w:ascii="Lato" w:hAnsi="Lato" w:cs="Lato"/>
        <w:i/>
        <w:iCs/>
        <w:sz w:val="20"/>
        <w:szCs w:val="20"/>
      </w:rPr>
      <w:t>Załącznik</w:t>
    </w:r>
    <w:proofErr w:type="spellEnd"/>
    <w:r w:rsidRPr="00352867">
      <w:rPr>
        <w:rFonts w:ascii="Lato" w:hAnsi="Lato" w:cs="Lato"/>
        <w:i/>
        <w:iCs/>
        <w:sz w:val="20"/>
        <w:szCs w:val="20"/>
      </w:rPr>
      <w:t xml:space="preserve">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2541133">
    <w:abstractNumId w:val="8"/>
  </w:num>
  <w:num w:numId="2" w16cid:durableId="2107188403">
    <w:abstractNumId w:val="6"/>
  </w:num>
  <w:num w:numId="3" w16cid:durableId="1951890753">
    <w:abstractNumId w:val="5"/>
  </w:num>
  <w:num w:numId="4" w16cid:durableId="390926006">
    <w:abstractNumId w:val="4"/>
  </w:num>
  <w:num w:numId="5" w16cid:durableId="1424839898">
    <w:abstractNumId w:val="7"/>
  </w:num>
  <w:num w:numId="6" w16cid:durableId="974025915">
    <w:abstractNumId w:val="3"/>
  </w:num>
  <w:num w:numId="7" w16cid:durableId="518589280">
    <w:abstractNumId w:val="2"/>
  </w:num>
  <w:num w:numId="8" w16cid:durableId="505949309">
    <w:abstractNumId w:val="1"/>
  </w:num>
  <w:num w:numId="9" w16cid:durableId="31346814">
    <w:abstractNumId w:val="0"/>
  </w:num>
  <w:num w:numId="10" w16cid:durableId="12027876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67191"/>
    <w:rsid w:val="0029639D"/>
    <w:rsid w:val="002A032A"/>
    <w:rsid w:val="00300FAC"/>
    <w:rsid w:val="00326F90"/>
    <w:rsid w:val="00352867"/>
    <w:rsid w:val="00382C8A"/>
    <w:rsid w:val="00411193"/>
    <w:rsid w:val="004329A0"/>
    <w:rsid w:val="00535C1D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7730"/>
    <w:rsid w:val="00BE6293"/>
    <w:rsid w:val="00BF64B4"/>
    <w:rsid w:val="00C81A2F"/>
    <w:rsid w:val="00CB0664"/>
    <w:rsid w:val="00D63C7B"/>
    <w:rsid w:val="00E07F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954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Dorota Lubomska</cp:lastModifiedBy>
  <cp:revision>2</cp:revision>
  <cp:lastPrinted>2026-08-27T08:48:00Z</cp:lastPrinted>
  <dcterms:created xsi:type="dcterms:W3CDTF">2026-10-05T07:02:00Z</dcterms:created>
  <dcterms:modified xsi:type="dcterms:W3CDTF">2026-10-05T07:02:00Z</dcterms:modified>
  <cp:category/>
</cp:coreProperties>
</file>